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86D8E" w14:textId="3C70E4F1" w:rsidR="00F520D8" w:rsidRDefault="00727F8D" w:rsidP="00F520D8">
      <w:pPr>
        <w:jc w:val="both"/>
        <w:rPr>
          <w:b/>
          <w:color w:val="0070C0"/>
          <w:sz w:val="32"/>
        </w:rPr>
      </w:pPr>
      <w:r>
        <w:rPr>
          <w:noProof/>
        </w:rPr>
        <w:drawing>
          <wp:inline distT="0" distB="0" distL="0" distR="0" wp14:anchorId="6C9E4124" wp14:editId="6133394D">
            <wp:extent cx="4362450" cy="628650"/>
            <wp:effectExtent l="0" t="0" r="0" b="0"/>
            <wp:docPr id="919291453" name="Obrázek 2" descr="Obsah obrázku text, Písmo, Grafika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291453" name="Obrázek 2" descr="Obsah obrázku text, Písmo, Grafika, log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0D8">
        <w:rPr>
          <w:b/>
          <w:color w:val="0070C0"/>
          <w:sz w:val="32"/>
        </w:rPr>
        <w:t xml:space="preserve">   </w:t>
      </w:r>
    </w:p>
    <w:p w14:paraId="5FE6E78D" w14:textId="70C537BE" w:rsidR="00F520D8" w:rsidRDefault="00F520D8" w:rsidP="00F520D8">
      <w:pPr>
        <w:jc w:val="both"/>
        <w:rPr>
          <w:b/>
          <w:color w:val="0070C0"/>
          <w:sz w:val="32"/>
        </w:rPr>
      </w:pPr>
      <w:r>
        <w:rPr>
          <w:b/>
          <w:color w:val="0070C0"/>
          <w:sz w:val="32"/>
        </w:rPr>
        <w:t xml:space="preserve">             </w:t>
      </w:r>
    </w:p>
    <w:p w14:paraId="4B2AE5BB" w14:textId="4A55FD65" w:rsidR="00FB5DA6" w:rsidRPr="00F520D8" w:rsidRDefault="00BB75E8" w:rsidP="00F520D8">
      <w:pPr>
        <w:jc w:val="center"/>
        <w:rPr>
          <w:b/>
          <w:color w:val="002060"/>
          <w:sz w:val="32"/>
        </w:rPr>
      </w:pPr>
      <w:r w:rsidRPr="00F520D8">
        <w:rPr>
          <w:b/>
          <w:color w:val="002060"/>
          <w:sz w:val="32"/>
        </w:rPr>
        <w:t>KARTA STRATEGICKÉHO PROJEKTU</w:t>
      </w:r>
    </w:p>
    <w:p w14:paraId="493FEE0B" w14:textId="77777777" w:rsidR="00F520D8" w:rsidRPr="00846D39" w:rsidRDefault="00F520D8">
      <w:pPr>
        <w:jc w:val="center"/>
        <w:rPr>
          <w:color w:val="0070C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0"/>
      </w:tblGrid>
      <w:tr w:rsidR="00FB5DA6" w14:paraId="100BFB4E" w14:textId="77777777" w:rsidTr="00837933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C0AA1" w14:textId="7C0A95D8" w:rsidR="00FB5DA6" w:rsidRDefault="00837933">
            <w:r>
              <w:rPr>
                <w:b/>
              </w:rPr>
              <w:t>NÁZEV PROJEKTU:</w:t>
            </w:r>
          </w:p>
        </w:tc>
        <w:sdt>
          <w:sdtPr>
            <w:id w:val="-21132648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3F09836" w14:textId="0378E194" w:rsidR="00FB5DA6" w:rsidRDefault="00BB75E8" w:rsidP="00837933">
                <w:pPr>
                  <w:ind w:left="176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36B48ED7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0"/>
      </w:tblGrid>
      <w:tr w:rsidR="00FB5DA6" w14:paraId="0D09FEEB" w14:textId="77777777" w:rsidTr="00837933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8AE17" w14:textId="244905D3" w:rsidR="00FB5DA6" w:rsidRPr="000B4E15" w:rsidRDefault="00837933" w:rsidP="00837933">
            <w:pPr>
              <w:ind w:right="-102"/>
              <w:rPr>
                <w:lang w:val="pl-PL"/>
              </w:rPr>
            </w:pPr>
            <w:r w:rsidRPr="000B4E15">
              <w:rPr>
                <w:b/>
                <w:lang w:val="pl-PL"/>
              </w:rPr>
              <w:t>POSKYTOVATEL</w:t>
            </w:r>
            <w:r w:rsidR="000B4E15" w:rsidRPr="000B4E15">
              <w:rPr>
                <w:b/>
                <w:lang w:val="pl-PL"/>
              </w:rPr>
              <w:t xml:space="preserve"> A ODKAZ NA DANOU VÝZVU</w:t>
            </w:r>
            <w:r w:rsidRPr="000B4E15">
              <w:rPr>
                <w:b/>
                <w:lang w:val="pl-PL"/>
              </w:rPr>
              <w:t>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569256710"/>
              <w:placeholder>
                <w:docPart w:val="DefaultPlaceholder_-1854013440"/>
              </w:placeholder>
            </w:sdtPr>
            <w:sdtEndPr/>
            <w:sdtContent>
              <w:p w14:paraId="5E9B75FB" w14:textId="7A3B5515" w:rsidR="00FB5DA6" w:rsidRDefault="00BB75E8" w:rsidP="00837933">
                <w:pPr>
                  <w:ind w:left="176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538543F4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6428"/>
      </w:tblGrid>
      <w:tr w:rsidR="00FB5DA6" w14:paraId="3DCF9B8B" w14:textId="77777777" w:rsidTr="00837933">
        <w:trPr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CC587" w14:textId="22110AC4" w:rsidR="00FB5DA6" w:rsidRDefault="00C311B9">
            <w:r>
              <w:rPr>
                <w:b/>
              </w:rPr>
              <w:t>GARANT(I) UMPRUM</w:t>
            </w:r>
            <w:r w:rsidR="00837933">
              <w:rPr>
                <w:b/>
              </w:rPr>
              <w:t>:</w:t>
            </w:r>
          </w:p>
        </w:tc>
        <w:sdt>
          <w:sdtPr>
            <w:id w:val="130621009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42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582965F" w14:textId="59943CD2" w:rsidR="00FB5DA6" w:rsidRDefault="00BB75E8"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608F05F3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0"/>
      </w:tblGrid>
      <w:tr w:rsidR="00FB5DA6" w14:paraId="400D6599" w14:textId="77777777" w:rsidTr="00837933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42F0A" w14:textId="570377D1" w:rsidR="00FB5DA6" w:rsidRDefault="00837933">
            <w:r>
              <w:rPr>
                <w:b/>
              </w:rPr>
              <w:t>KATEDRA, ATELIÉR: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106391951"/>
              <w:placeholder>
                <w:docPart w:val="DefaultPlaceholder_-1854013440"/>
              </w:placeholder>
              <w:text/>
            </w:sdtPr>
            <w:sdtEndPr/>
            <w:sdtContent>
              <w:p w14:paraId="71ED84D2" w14:textId="00F06257" w:rsidR="00FB5DA6" w:rsidRDefault="00BB75E8" w:rsidP="00837933">
                <w:pPr>
                  <w:ind w:left="318" w:hanging="176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5CFF7B6B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0"/>
      </w:tblGrid>
      <w:tr w:rsidR="00FB5DA6" w14:paraId="122F7DD3" w14:textId="77777777" w:rsidTr="00837933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93BC" w14:textId="3558BA47" w:rsidR="00FB5DA6" w:rsidRDefault="00837933">
            <w:r>
              <w:rPr>
                <w:b/>
              </w:rPr>
              <w:t>REALIZACE PROJEKTU OD–DO:</w:t>
            </w:r>
          </w:p>
        </w:tc>
        <w:sdt>
          <w:sdtPr>
            <w:id w:val="17702027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5E6614D" w14:textId="729AB942" w:rsidR="00FB5DA6" w:rsidRDefault="00BB75E8" w:rsidP="00837933">
                <w:pPr>
                  <w:ind w:left="176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42FAB9A1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6428"/>
      </w:tblGrid>
      <w:tr w:rsidR="00FB5DA6" w14:paraId="0D816731" w14:textId="77777777" w:rsidTr="00837933">
        <w:trPr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03540" w14:textId="4B73ED12" w:rsidR="00FB5DA6" w:rsidRDefault="00837933">
            <w:r>
              <w:rPr>
                <w:b/>
              </w:rPr>
              <w:t>DALŠÍ PARTNEŘI MIMO UMPRUM: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752420341"/>
              <w:placeholder>
                <w:docPart w:val="DefaultPlaceholder_-1854013440"/>
              </w:placeholder>
              <w:text/>
            </w:sdtPr>
            <w:sdtEndPr/>
            <w:sdtContent>
              <w:p w14:paraId="2DF790F9" w14:textId="7DE4C0D4" w:rsidR="00FB5DA6" w:rsidRDefault="00BB75E8"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38608843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6428"/>
      </w:tblGrid>
      <w:tr w:rsidR="00E02F4A" w14:paraId="7B5C57F8" w14:textId="77777777" w:rsidTr="00C026CD">
        <w:trPr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88099" w14:textId="3938253A" w:rsidR="00E02F4A" w:rsidRDefault="00E02F4A" w:rsidP="00C026CD">
            <w:r>
              <w:rPr>
                <w:b/>
              </w:rPr>
              <w:t>KONTAKTNÍ OSOBA PARTNERA: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474107258"/>
              <w:placeholder>
                <w:docPart w:val="43328811F61E464B887A7158FA357FE2"/>
              </w:placeholder>
              <w:text/>
            </w:sdtPr>
            <w:sdtEndPr/>
            <w:sdtContent>
              <w:p w14:paraId="3E7A780D" w14:textId="77777777" w:rsidR="00E02F4A" w:rsidRDefault="00E02F4A" w:rsidP="00C026CD"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12A79073" w14:textId="77777777" w:rsidR="00E02F4A" w:rsidRDefault="00E02F4A">
      <w:pPr>
        <w:rPr>
          <w:b/>
          <w:sz w:val="26"/>
        </w:rPr>
      </w:pPr>
    </w:p>
    <w:p w14:paraId="6A58346D" w14:textId="551E9E31" w:rsidR="00FB5DA6" w:rsidRDefault="00BB75E8">
      <w:r>
        <w:rPr>
          <w:b/>
          <w:sz w:val="26"/>
        </w:rPr>
        <w:t>ANOTACE</w:t>
      </w:r>
    </w:p>
    <w:p w14:paraId="54E01B61" w14:textId="285259E5" w:rsidR="00FB5DA6" w:rsidRPr="00E02F4A" w:rsidRDefault="00BB75E8">
      <w:r w:rsidRPr="00E02F4A">
        <w:rPr>
          <w:i/>
        </w:rPr>
        <w:t>Hlavní aktivity projektu</w:t>
      </w:r>
      <w:r w:rsidR="00E02F4A">
        <w:rPr>
          <w:i/>
        </w:rPr>
        <w:t>,</w:t>
      </w:r>
      <w:r w:rsidRPr="00E02F4A">
        <w:rPr>
          <w:i/>
        </w:rPr>
        <w:t xml:space="preserve"> co se bude v rámci projektu financovat</w:t>
      </w:r>
      <w:r w:rsidR="00E02F4A" w:rsidRPr="00E02F4A">
        <w:rPr>
          <w:i/>
        </w:rPr>
        <w:t xml:space="preserve"> a má-li projekt udržitelnost</w:t>
      </w:r>
      <w:r w:rsidRPr="00E02F4A">
        <w:rPr>
          <w:i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2"/>
      </w:tblGrid>
      <w:tr w:rsidR="00FB5DA6" w:rsidRPr="00E02F4A" w14:paraId="41D55839" w14:textId="77777777">
        <w:tc>
          <w:tcPr>
            <w:tcW w:w="9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733A7" w14:textId="3C286D19" w:rsidR="00FB5DA6" w:rsidRPr="00F520D8" w:rsidRDefault="001E3C43">
            <w:pPr>
              <w:rPr>
                <w:lang w:val="pl-PL"/>
              </w:rPr>
            </w:pPr>
            <w:sdt>
              <w:sdtPr>
                <w:rPr>
                  <w:lang w:val="pl-PL"/>
                </w:rPr>
                <w:id w:val="-45086016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B75E8" w:rsidRPr="00F520D8">
                  <w:rPr>
                    <w:lang w:val="pl-PL"/>
                  </w:rPr>
                  <w:t>Kliknutím sem zadejte text.</w:t>
                </w:r>
              </w:sdtContent>
            </w:sdt>
            <w:r w:rsidR="00BB75E8" w:rsidRPr="00F520D8">
              <w:rPr>
                <w:lang w:val="pl-PL"/>
              </w:rPr>
              <w:br/>
            </w:r>
            <w:r w:rsidR="00BB75E8" w:rsidRPr="00F520D8">
              <w:rPr>
                <w:lang w:val="pl-PL"/>
              </w:rPr>
              <w:br/>
            </w:r>
          </w:p>
        </w:tc>
      </w:tr>
    </w:tbl>
    <w:p w14:paraId="30A65248" w14:textId="77777777" w:rsidR="00FB5DA6" w:rsidRPr="00F520D8" w:rsidRDefault="00FB5DA6">
      <w:pPr>
        <w:rPr>
          <w:lang w:val="pl-PL"/>
        </w:rPr>
      </w:pPr>
    </w:p>
    <w:p w14:paraId="371ADC20" w14:textId="2173DA79" w:rsidR="00846D39" w:rsidRPr="00846D39" w:rsidRDefault="00846D39" w:rsidP="00846D39">
      <w:pPr>
        <w:rPr>
          <w:lang w:val="pl-PL"/>
        </w:rPr>
      </w:pPr>
      <w:r>
        <w:rPr>
          <w:b/>
          <w:sz w:val="26"/>
          <w:lang w:val="pl-PL"/>
        </w:rPr>
        <w:t>OČEKÁVANÉ VÝSTUPY</w:t>
      </w:r>
    </w:p>
    <w:p w14:paraId="1C7B8661" w14:textId="30289B7A" w:rsidR="00846D39" w:rsidRPr="00846D39" w:rsidRDefault="00846D39" w:rsidP="00846D39">
      <w:pPr>
        <w:rPr>
          <w:lang w:val="pl-PL"/>
        </w:rPr>
      </w:pPr>
      <w:r>
        <w:rPr>
          <w:i/>
          <w:lang w:val="pl-PL"/>
        </w:rPr>
        <w:t>Jaké výsledky jsou v projektu za UMRUM plánovány</w:t>
      </w:r>
      <w:r w:rsidR="00E02F4A">
        <w:rPr>
          <w:i/>
          <w:lang w:val="pl-PL"/>
        </w:rPr>
        <w:t xml:space="preserve"> a lze u nich předpokládat </w:t>
      </w:r>
      <w:r w:rsidR="00E02F4A" w:rsidRPr="00E02F4A">
        <w:rPr>
          <w:rFonts w:ascii="Calibri" w:eastAsia="Times New Roman" w:hAnsi="Calibri" w:cs="Calibri"/>
          <w:i/>
          <w:iCs/>
          <w:sz w:val="22"/>
          <w:lang w:val="cs-CZ" w:eastAsia="cs-CZ"/>
        </w:rPr>
        <w:t>nároky na open access/licence</w:t>
      </w:r>
      <w:r w:rsidRPr="00846D39">
        <w:rPr>
          <w:i/>
          <w:lang w:val="pl-PL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2"/>
      </w:tblGrid>
      <w:tr w:rsidR="00846D39" w:rsidRPr="00846D39" w14:paraId="0752667E" w14:textId="77777777" w:rsidTr="0084652E">
        <w:tc>
          <w:tcPr>
            <w:tcW w:w="9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E70B" w14:textId="1F6AAB77" w:rsidR="00846D39" w:rsidRPr="00846D39" w:rsidRDefault="001E3C43" w:rsidP="0084652E">
            <w:pPr>
              <w:rPr>
                <w:lang w:val="pl-PL"/>
              </w:rPr>
            </w:pPr>
            <w:sdt>
              <w:sdtPr>
                <w:rPr>
                  <w:lang w:val="pl-PL"/>
                </w:rPr>
                <w:id w:val="-137622729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46D39" w:rsidRPr="00846D39">
                  <w:rPr>
                    <w:lang w:val="pl-PL"/>
                  </w:rPr>
                  <w:t>Kliknutím sem zadejte text.</w:t>
                </w:r>
              </w:sdtContent>
            </w:sdt>
            <w:r w:rsidR="00846D39" w:rsidRPr="00846D39">
              <w:rPr>
                <w:lang w:val="pl-PL"/>
              </w:rPr>
              <w:br/>
            </w:r>
            <w:r w:rsidR="00846D39" w:rsidRPr="00846D39">
              <w:rPr>
                <w:lang w:val="pl-PL"/>
              </w:rPr>
              <w:br/>
            </w:r>
          </w:p>
        </w:tc>
      </w:tr>
    </w:tbl>
    <w:p w14:paraId="7CD29E96" w14:textId="77777777" w:rsidR="00846D39" w:rsidRPr="00846D39" w:rsidRDefault="00846D39">
      <w:pPr>
        <w:rPr>
          <w:lang w:val="pl-PL"/>
        </w:rPr>
      </w:pPr>
    </w:p>
    <w:p w14:paraId="77AF6A3F" w14:textId="4D8FD267" w:rsidR="00FB5DA6" w:rsidRDefault="00BB75E8" w:rsidP="006B4B45">
      <w:pPr>
        <w:ind w:left="142"/>
      </w:pPr>
      <w:r>
        <w:rPr>
          <w:b/>
          <w:sz w:val="26"/>
        </w:rPr>
        <w:t>FINANCE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FB5DA6" w14:paraId="32CEEF72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BE7C7" w14:textId="74219069" w:rsidR="00FB5DA6" w:rsidRPr="00837933" w:rsidRDefault="00BB75E8">
            <w:pPr>
              <w:rPr>
                <w:lang w:val="pl-PL"/>
              </w:rPr>
            </w:pPr>
            <w:r w:rsidRPr="00837933">
              <w:rPr>
                <w:b/>
                <w:lang w:val="pl-PL"/>
              </w:rPr>
              <w:t>Rozpočet projektu (celkový</w:t>
            </w:r>
            <w:r w:rsidR="00837933" w:rsidRPr="00837933">
              <w:rPr>
                <w:b/>
                <w:lang w:val="pl-PL"/>
              </w:rPr>
              <w:t xml:space="preserve"> v Kč</w:t>
            </w:r>
            <w:r w:rsidRPr="00837933">
              <w:rPr>
                <w:b/>
                <w:lang w:val="pl-PL"/>
              </w:rPr>
              <w:t>):</w:t>
            </w:r>
          </w:p>
        </w:tc>
        <w:sdt>
          <w:sdtPr>
            <w:id w:val="-5314903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98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5477E8E" w14:textId="7EAA8E80" w:rsidR="00FB5DA6" w:rsidRDefault="00BB75E8" w:rsidP="00636798">
                <w:pPr>
                  <w:ind w:left="1137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47C4A46E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FB5DA6" w14:paraId="7BB61E2A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4FCC1" w14:textId="2535EDDA" w:rsidR="00FB5DA6" w:rsidRPr="00837933" w:rsidRDefault="00BB75E8">
            <w:pPr>
              <w:rPr>
                <w:lang w:val="pl-PL"/>
              </w:rPr>
            </w:pPr>
            <w:r w:rsidRPr="00837933">
              <w:rPr>
                <w:b/>
                <w:lang w:val="pl-PL"/>
              </w:rPr>
              <w:t>Dotace</w:t>
            </w:r>
            <w:r w:rsidR="00837933" w:rsidRPr="00837933">
              <w:rPr>
                <w:b/>
                <w:lang w:val="pl-PL"/>
              </w:rPr>
              <w:t xml:space="preserve"> (požadováno celkem v Kč)</w:t>
            </w:r>
            <w:r w:rsidRPr="00837933">
              <w:rPr>
                <w:b/>
                <w:lang w:val="pl-PL"/>
              </w:rPr>
              <w:t>: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739166219"/>
              <w:placeholder>
                <w:docPart w:val="DefaultPlaceholder_-1854013440"/>
              </w:placeholder>
              <w:text/>
            </w:sdtPr>
            <w:sdtEndPr/>
            <w:sdtContent>
              <w:p w14:paraId="34C16E6D" w14:textId="7BCFB254" w:rsidR="00FB5DA6" w:rsidRDefault="00BB75E8" w:rsidP="00636798">
                <w:pPr>
                  <w:ind w:left="996" w:firstLine="141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14B037E8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FB5DA6" w14:paraId="3A6DBE3C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D827E" w14:textId="3FAFF11B" w:rsidR="00FB5DA6" w:rsidRPr="00E02F4A" w:rsidRDefault="00BB75E8">
            <w:pPr>
              <w:rPr>
                <w:lang w:val="pl-PL"/>
              </w:rPr>
            </w:pPr>
            <w:r w:rsidRPr="00E02F4A">
              <w:rPr>
                <w:b/>
                <w:lang w:val="pl-PL"/>
              </w:rPr>
              <w:t>Spolufinancování</w:t>
            </w:r>
            <w:r w:rsidR="00837933" w:rsidRPr="00E02F4A">
              <w:rPr>
                <w:b/>
                <w:lang w:val="pl-PL"/>
              </w:rPr>
              <w:t xml:space="preserve"> (</w:t>
            </w:r>
            <w:r w:rsidR="00E02F4A" w:rsidRPr="00E02F4A">
              <w:rPr>
                <w:b/>
                <w:lang w:val="pl-PL"/>
              </w:rPr>
              <w:t>za</w:t>
            </w:r>
            <w:r w:rsidR="00837933" w:rsidRPr="00E02F4A">
              <w:rPr>
                <w:b/>
                <w:lang w:val="pl-PL"/>
              </w:rPr>
              <w:t xml:space="preserve"> UMPRUM </w:t>
            </w:r>
            <w:r w:rsidR="0078382A" w:rsidRPr="00E02F4A">
              <w:rPr>
                <w:b/>
                <w:lang w:val="pl-PL"/>
              </w:rPr>
              <w:t xml:space="preserve">celkem </w:t>
            </w:r>
            <w:r w:rsidR="00837933" w:rsidRPr="00E02F4A">
              <w:rPr>
                <w:b/>
                <w:lang w:val="pl-PL"/>
              </w:rPr>
              <w:t>v Kč</w:t>
            </w:r>
            <w:r w:rsidR="0078382A" w:rsidRPr="00E02F4A">
              <w:rPr>
                <w:b/>
                <w:lang w:val="pl-PL"/>
              </w:rPr>
              <w:t>)</w:t>
            </w:r>
            <w:r w:rsidRPr="00E02F4A">
              <w:rPr>
                <w:b/>
                <w:lang w:val="pl-PL"/>
              </w:rPr>
              <w:t>:</w:t>
            </w:r>
          </w:p>
        </w:tc>
        <w:sdt>
          <w:sdtPr>
            <w:id w:val="-185750170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98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963F2FD" w14:textId="583371DF" w:rsidR="00FB5DA6" w:rsidRDefault="00BB75E8" w:rsidP="00636798">
                <w:pPr>
                  <w:ind w:left="1137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1F27D3F9" w14:textId="0130D33F" w:rsidR="00FB5DA6" w:rsidRDefault="00FB5DA6">
      <w:pPr>
        <w:spacing w:after="0"/>
      </w:pPr>
    </w:p>
    <w:tbl>
      <w:tblPr>
        <w:tblW w:w="10940" w:type="dxa"/>
        <w:jc w:val="center"/>
        <w:tblLayout w:type="fixed"/>
        <w:tblLook w:val="04A0" w:firstRow="1" w:lastRow="0" w:firstColumn="1" w:lastColumn="0" w:noHBand="0" w:noVBand="1"/>
      </w:tblPr>
      <w:tblGrid>
        <w:gridCol w:w="5954"/>
        <w:gridCol w:w="4986"/>
      </w:tblGrid>
      <w:tr w:rsidR="00FB5DA6" w14:paraId="3F007DA1" w14:textId="77777777" w:rsidTr="00636798">
        <w:trPr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B892" w14:textId="50D9BC66" w:rsidR="00FB5DA6" w:rsidRDefault="00E02F4A" w:rsidP="000B4E15">
            <w:pPr>
              <w:ind w:left="462" w:right="-654"/>
            </w:pPr>
            <w:r>
              <w:rPr>
                <w:b/>
              </w:rPr>
              <w:t>Režijní/nepřímé náklady/overheads (pro UMPRUM v Kč</w:t>
            </w:r>
            <w:r w:rsidR="00636798">
              <w:rPr>
                <w:b/>
              </w:rPr>
              <w:t>)</w:t>
            </w:r>
            <w:r>
              <w:rPr>
                <w:b/>
              </w:rPr>
              <w:t>: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096637769"/>
              <w:placeholder>
                <w:docPart w:val="DefaultPlaceholder_-1854013440"/>
              </w:placeholder>
              <w:text/>
            </w:sdtPr>
            <w:sdtEndPr/>
            <w:sdtContent>
              <w:p w14:paraId="34E48CF6" w14:textId="191237E6" w:rsidR="00FB5DA6" w:rsidRDefault="00636798" w:rsidP="00636798">
                <w:pPr>
                  <w:ind w:left="744" w:hanging="141"/>
                </w:pPr>
                <w:r>
                  <w:t xml:space="preserve"> </w:t>
                </w: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</w:t>
                </w:r>
                <w:r w:rsidR="00E02F4A">
                  <w:t>text</w:t>
                </w:r>
                <w:r>
                  <w:t>.</w:t>
                </w:r>
              </w:p>
            </w:sdtContent>
          </w:sdt>
        </w:tc>
      </w:tr>
    </w:tbl>
    <w:p w14:paraId="10E04F2D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E02F4A" w14:paraId="1C1B22A7" w14:textId="77777777" w:rsidTr="00C026CD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0945A" w14:textId="77777777" w:rsidR="00E02F4A" w:rsidRDefault="00E02F4A" w:rsidP="00C026CD">
            <w:r>
              <w:rPr>
                <w:b/>
              </w:rPr>
              <w:t>Další materiálně-technické požadavky: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665279441"/>
              <w:placeholder>
                <w:docPart w:val="B524309C10F044B88EB881C16B20D02D"/>
              </w:placeholder>
              <w:text/>
            </w:sdtPr>
            <w:sdtEndPr/>
            <w:sdtContent>
              <w:p w14:paraId="37283236" w14:textId="77777777" w:rsidR="00E02F4A" w:rsidRDefault="00E02F4A" w:rsidP="00636798">
                <w:pPr>
                  <w:ind w:left="570" w:firstLine="567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</w:t>
                </w:r>
                <w:proofErr w:type="spellStart"/>
                <w:r>
                  <w:t>požadavky</w:t>
                </w:r>
                <w:proofErr w:type="spellEnd"/>
                <w:r>
                  <w:t>.</w:t>
                </w:r>
              </w:p>
            </w:sdtContent>
          </w:sdt>
        </w:tc>
      </w:tr>
    </w:tbl>
    <w:p w14:paraId="084A21FB" w14:textId="77777777" w:rsidR="00FB5DA6" w:rsidRDefault="00FB5DA6"/>
    <w:p w14:paraId="2836780E" w14:textId="77777777" w:rsidR="000B4E15" w:rsidRDefault="000B4E15"/>
    <w:p w14:paraId="1F06493E" w14:textId="639932F7" w:rsidR="00FB5DA6" w:rsidRDefault="00837933">
      <w:r>
        <w:rPr>
          <w:b/>
          <w:sz w:val="26"/>
        </w:rPr>
        <w:t>PROJEDNÁNÍ A SCHVÁLENÍ</w:t>
      </w:r>
    </w:p>
    <w:tbl>
      <w:tblPr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5524"/>
        <w:gridCol w:w="4448"/>
      </w:tblGrid>
      <w:tr w:rsidR="00FB5DA6" w14:paraId="798EA4A2" w14:textId="77777777" w:rsidTr="00F520D8">
        <w:trPr>
          <w:trHeight w:val="741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11E6" w14:textId="45EDA32E" w:rsidR="00FB5DA6" w:rsidRPr="00837933" w:rsidRDefault="00BB75E8">
            <w:pPr>
              <w:rPr>
                <w:lang w:val="pl-PL"/>
              </w:rPr>
            </w:pPr>
            <w:r w:rsidRPr="00837933">
              <w:rPr>
                <w:b/>
                <w:lang w:val="pl-PL"/>
              </w:rPr>
              <w:t>Garant:</w:t>
            </w:r>
            <w:r w:rsidR="00F520D8">
              <w:rPr>
                <w:b/>
                <w:lang w:val="pl-PL"/>
              </w:rPr>
              <w:t xml:space="preserve">  </w:t>
            </w:r>
            <w:sdt>
              <w:sdtPr>
                <w:rPr>
                  <w:b/>
                </w:rPr>
                <w:id w:val="78947596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F520D8" w:rsidRPr="00F520D8">
                  <w:rPr>
                    <w:rStyle w:val="Zstupntext"/>
                    <w:lang w:val="pl-PL"/>
                  </w:rPr>
                  <w:t>Klikněte nebo klepněte sem a zadejte text.</w:t>
                </w:r>
              </w:sdtContent>
            </w:sdt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251668713"/>
              <w:placeholder>
                <w:docPart w:val="DefaultPlaceholder_-1854013440"/>
              </w:placeholder>
              <w:text/>
            </w:sdtPr>
            <w:sdtEndPr/>
            <w:sdtContent>
              <w:p w14:paraId="39868AFB" w14:textId="7F3A3E98" w:rsidR="00FB5DA6" w:rsidRDefault="00BB75E8">
                <w:proofErr w:type="spellStart"/>
                <w:r>
                  <w:t>Podpis</w:t>
                </w:r>
                <w:proofErr w:type="spellEnd"/>
                <w:r>
                  <w:t xml:space="preserve"> / datum</w:t>
                </w:r>
              </w:p>
            </w:sdtContent>
          </w:sdt>
        </w:tc>
      </w:tr>
      <w:tr w:rsidR="00FB5DA6" w14:paraId="04AC5818" w14:textId="77777777" w:rsidTr="00F520D8">
        <w:trPr>
          <w:trHeight w:val="837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D8CE" w14:textId="562BAB5C" w:rsidR="00FB5DA6" w:rsidRDefault="00BB75E8">
            <w:r>
              <w:rPr>
                <w:b/>
              </w:rPr>
              <w:t>Kvestor:</w:t>
            </w:r>
            <w:r w:rsidR="00F520D8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34405044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37933" w:rsidRPr="00062AC7">
                  <w:rPr>
                    <w:rStyle w:val="Zstupntext"/>
                  </w:rPr>
                  <w:t>Klikněte nebo klepněte sem a zadejte text.</w:t>
                </w:r>
              </w:sdtContent>
            </w:sdt>
          </w:p>
        </w:tc>
        <w:sdt>
          <w:sdtPr>
            <w:id w:val="-113525511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4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E03DB7" w14:textId="759131A8" w:rsidR="00FB5DA6" w:rsidRDefault="00BB75E8">
                <w:proofErr w:type="spellStart"/>
                <w:r>
                  <w:t>Podpis</w:t>
                </w:r>
                <w:proofErr w:type="spellEnd"/>
                <w:r>
                  <w:t xml:space="preserve"> / datum</w:t>
                </w:r>
              </w:p>
            </w:tc>
          </w:sdtContent>
        </w:sdt>
      </w:tr>
      <w:tr w:rsidR="00FB5DA6" w14:paraId="3EB05958" w14:textId="77777777" w:rsidTr="00F520D8">
        <w:trPr>
          <w:trHeight w:val="835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568D" w14:textId="61E8DCBC" w:rsidR="00FB5DA6" w:rsidRDefault="00BB75E8">
            <w:r>
              <w:rPr>
                <w:b/>
              </w:rPr>
              <w:t>Administrátor:</w:t>
            </w:r>
            <w:r w:rsidR="00F520D8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21215353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37933" w:rsidRPr="00062AC7">
                  <w:rPr>
                    <w:rStyle w:val="Zstupntext"/>
                  </w:rPr>
                  <w:t>Klikněte nebo klepněte sem a zadejte text.</w:t>
                </w:r>
              </w:sdtContent>
            </w:sdt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1346134408"/>
              <w:placeholder>
                <w:docPart w:val="DefaultPlaceholder_-1854013440"/>
              </w:placeholder>
              <w:text/>
            </w:sdtPr>
            <w:sdtEndPr/>
            <w:sdtContent>
              <w:p w14:paraId="6E514426" w14:textId="293317A2" w:rsidR="00FB5DA6" w:rsidRDefault="00BB75E8">
                <w:proofErr w:type="spellStart"/>
                <w:r>
                  <w:t>Podpis</w:t>
                </w:r>
                <w:proofErr w:type="spellEnd"/>
                <w:r>
                  <w:t xml:space="preserve"> / datum</w:t>
                </w:r>
              </w:p>
            </w:sdtContent>
          </w:sdt>
        </w:tc>
      </w:tr>
      <w:tr w:rsidR="00FB5DA6" w14:paraId="3A22AB27" w14:textId="77777777" w:rsidTr="00F520D8">
        <w:trPr>
          <w:trHeight w:val="847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6268" w14:textId="016B145E" w:rsidR="00FB5DA6" w:rsidRPr="00837933" w:rsidRDefault="00BB75E8">
            <w:pPr>
              <w:rPr>
                <w:lang w:val="pl-PL"/>
              </w:rPr>
            </w:pPr>
            <w:r w:rsidRPr="00837933">
              <w:rPr>
                <w:b/>
                <w:lang w:val="pl-PL"/>
              </w:rPr>
              <w:t>Rektor:</w:t>
            </w:r>
            <w:r w:rsidR="00F520D8">
              <w:rPr>
                <w:b/>
                <w:lang w:val="pl-PL"/>
              </w:rPr>
              <w:t xml:space="preserve">  </w:t>
            </w:r>
            <w:sdt>
              <w:sdtPr>
                <w:rPr>
                  <w:b/>
                </w:rPr>
                <w:id w:val="-22206925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37933" w:rsidRPr="00837933">
                  <w:rPr>
                    <w:rStyle w:val="Zstupntext"/>
                    <w:lang w:val="pl-PL"/>
                  </w:rPr>
                  <w:t>Klikněte nebo klepněte sem a zadejte text.</w:t>
                </w:r>
              </w:sdtContent>
            </w:sdt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213281025"/>
              <w:placeholder>
                <w:docPart w:val="DefaultPlaceholder_-1854013440"/>
              </w:placeholder>
              <w:text/>
            </w:sdtPr>
            <w:sdtEndPr/>
            <w:sdtContent>
              <w:p w14:paraId="22ABF6AA" w14:textId="6A9F3AF0" w:rsidR="00FB5DA6" w:rsidRDefault="00BB75E8">
                <w:proofErr w:type="spellStart"/>
                <w:r>
                  <w:t>Podpis</w:t>
                </w:r>
                <w:proofErr w:type="spellEnd"/>
                <w:r>
                  <w:t xml:space="preserve"> / datum</w:t>
                </w:r>
              </w:p>
            </w:sdtContent>
          </w:sdt>
        </w:tc>
      </w:tr>
    </w:tbl>
    <w:p w14:paraId="5F0CD760" w14:textId="77777777" w:rsidR="00FB5DA6" w:rsidRDefault="00FB5DA6"/>
    <w:sectPr w:rsidR="00FB5DA6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D4A82" w14:textId="77777777" w:rsidR="001E3C43" w:rsidRDefault="001E3C43" w:rsidP="00F520D8">
      <w:pPr>
        <w:spacing w:after="0" w:line="240" w:lineRule="auto"/>
      </w:pPr>
      <w:r>
        <w:separator/>
      </w:r>
    </w:p>
  </w:endnote>
  <w:endnote w:type="continuationSeparator" w:id="0">
    <w:p w14:paraId="37305FFA" w14:textId="77777777" w:rsidR="001E3C43" w:rsidRDefault="001E3C43" w:rsidP="00F52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3576409"/>
      <w:docPartObj>
        <w:docPartGallery w:val="Page Numbers (Bottom of Page)"/>
        <w:docPartUnique/>
      </w:docPartObj>
    </w:sdtPr>
    <w:sdtEndPr/>
    <w:sdtContent>
      <w:p w14:paraId="68D971A6" w14:textId="76A31DD5" w:rsidR="00F520D8" w:rsidRDefault="00F520D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380B5EE" w14:textId="77777777" w:rsidR="00F520D8" w:rsidRDefault="00F520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8D43E" w14:textId="77777777" w:rsidR="001E3C43" w:rsidRDefault="001E3C43" w:rsidP="00F520D8">
      <w:pPr>
        <w:spacing w:after="0" w:line="240" w:lineRule="auto"/>
      </w:pPr>
      <w:r>
        <w:separator/>
      </w:r>
    </w:p>
  </w:footnote>
  <w:footnote w:type="continuationSeparator" w:id="0">
    <w:p w14:paraId="275BB423" w14:textId="77777777" w:rsidR="001E3C43" w:rsidRDefault="001E3C43" w:rsidP="00F52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3859511">
    <w:abstractNumId w:val="8"/>
  </w:num>
  <w:num w:numId="2" w16cid:durableId="1545212605">
    <w:abstractNumId w:val="6"/>
  </w:num>
  <w:num w:numId="3" w16cid:durableId="87163605">
    <w:abstractNumId w:val="5"/>
  </w:num>
  <w:num w:numId="4" w16cid:durableId="1962421982">
    <w:abstractNumId w:val="4"/>
  </w:num>
  <w:num w:numId="5" w16cid:durableId="155415396">
    <w:abstractNumId w:val="7"/>
  </w:num>
  <w:num w:numId="6" w16cid:durableId="1248996033">
    <w:abstractNumId w:val="3"/>
  </w:num>
  <w:num w:numId="7" w16cid:durableId="864825979">
    <w:abstractNumId w:val="2"/>
  </w:num>
  <w:num w:numId="8" w16cid:durableId="779840134">
    <w:abstractNumId w:val="1"/>
  </w:num>
  <w:num w:numId="9" w16cid:durableId="70591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yKowXJ5yC6sUkZNcLvyVhadO5CugbelMmG3rZCyJbK0IYLwW7JD5bdo8PWWgHERAWiAPcrlWxZO93sQuiWgIQ==" w:salt="Jg3La1PTlAV5Lv1pxHSL2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E15"/>
    <w:rsid w:val="0015074B"/>
    <w:rsid w:val="001C0CAD"/>
    <w:rsid w:val="001E3C43"/>
    <w:rsid w:val="0029639D"/>
    <w:rsid w:val="00326F90"/>
    <w:rsid w:val="005D4968"/>
    <w:rsid w:val="00636798"/>
    <w:rsid w:val="006B4B45"/>
    <w:rsid w:val="006D223B"/>
    <w:rsid w:val="00727F8D"/>
    <w:rsid w:val="0078382A"/>
    <w:rsid w:val="00837933"/>
    <w:rsid w:val="00846D39"/>
    <w:rsid w:val="008617E8"/>
    <w:rsid w:val="009F5BBA"/>
    <w:rsid w:val="00AA1D8D"/>
    <w:rsid w:val="00AA4A68"/>
    <w:rsid w:val="00AE5B16"/>
    <w:rsid w:val="00B37D38"/>
    <w:rsid w:val="00B47730"/>
    <w:rsid w:val="00BB75E8"/>
    <w:rsid w:val="00C311B9"/>
    <w:rsid w:val="00CB0664"/>
    <w:rsid w:val="00D26D9A"/>
    <w:rsid w:val="00D45A60"/>
    <w:rsid w:val="00E02F4A"/>
    <w:rsid w:val="00EE294B"/>
    <w:rsid w:val="00F520D8"/>
    <w:rsid w:val="00F54D17"/>
    <w:rsid w:val="00FB5D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381E0"/>
  <w14:defaultImageDpi w14:val="300"/>
  <w15:docId w15:val="{5C13DD70-CE35-4203-ADE4-8DBB1620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locked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locked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locked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locked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locked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locked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locked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locked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locked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locked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stupntext">
    <w:name w:val="Placeholder Text"/>
    <w:basedOn w:val="Standardnpsmoodstavce"/>
    <w:uiPriority w:val="99"/>
    <w:semiHidden/>
    <w:rsid w:val="008379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4E344CE-B309-4F7B-8CE8-5C10B02D2F34}"/>
      </w:docPartPr>
      <w:docPartBody>
        <w:p w:rsidR="001B1F45" w:rsidRDefault="00BF5113">
          <w:r w:rsidRPr="00062AC7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3328811F61E464B887A7158FA357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E876D7-FB97-41C4-B3FD-89AA8BDB63A8}"/>
      </w:docPartPr>
      <w:docPartBody>
        <w:p w:rsidR="008F4E03" w:rsidRDefault="001B1F45" w:rsidP="001B1F45">
          <w:pPr>
            <w:pStyle w:val="43328811F61E464B887A7158FA357FE2"/>
          </w:pPr>
          <w:r w:rsidRPr="00062AC7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524309C10F044B88EB881C16B20D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400BAB-D211-462B-BE5E-BF580E4FB0BA}"/>
      </w:docPartPr>
      <w:docPartBody>
        <w:p w:rsidR="008F4E03" w:rsidRDefault="001B1F45" w:rsidP="001B1F45">
          <w:pPr>
            <w:pStyle w:val="B524309C10F044B88EB881C16B20D02D"/>
          </w:pPr>
          <w:r w:rsidRPr="00062AC7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13"/>
    <w:rsid w:val="00074EED"/>
    <w:rsid w:val="001B1F45"/>
    <w:rsid w:val="00865D2A"/>
    <w:rsid w:val="008F4E03"/>
    <w:rsid w:val="00A55027"/>
    <w:rsid w:val="00BF5113"/>
    <w:rsid w:val="00D26D9A"/>
    <w:rsid w:val="00ED2DD8"/>
    <w:rsid w:val="00EE294B"/>
    <w:rsid w:val="00EE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B1F45"/>
    <w:rPr>
      <w:color w:val="808080"/>
    </w:rPr>
  </w:style>
  <w:style w:type="paragraph" w:customStyle="1" w:styleId="43328811F61E464B887A7158FA357FE2">
    <w:name w:val="43328811F61E464B887A7158FA357FE2"/>
    <w:rsid w:val="001B1F45"/>
  </w:style>
  <w:style w:type="paragraph" w:customStyle="1" w:styleId="B524309C10F044B88EB881C16B20D02D">
    <w:name w:val="B524309C10F044B88EB881C16B20D02D"/>
    <w:rsid w:val="001B1F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Daniela Grubhofferová</cp:lastModifiedBy>
  <cp:revision>2</cp:revision>
  <cp:lastPrinted>2026-09-16T10:09:00Z</cp:lastPrinted>
  <dcterms:created xsi:type="dcterms:W3CDTF">2026-10-29T09:53:00Z</dcterms:created>
  <dcterms:modified xsi:type="dcterms:W3CDTF">2026-10-29T09:53:00Z</dcterms:modified>
  <cp:category/>
</cp:coreProperties>
</file>